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שבעה מסעות, בית אחד – משחק מסע בעקבות העליות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שבעה מסעות, בית אחד - עליות לארץ 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קהילות יהודיות שונות שעלו לארץ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הקשורים לעלייה ולקליטה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המשחק ואת הרעיון של קיבוץ גלויות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מעבר להתגורר בארץ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מקום מגורים זמני לעולים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חפץ למזוודה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ילד מגיע מקהילה ומארץ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קהילה יהודית ידועה שעלתה ארצה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מעברות היו זמניות ולעיתים קשות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ההסבר המדויק למושג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קהילה לארץ מוצא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(תימן)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(עיראק)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(מרוקו)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(פולין)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(רוסיה)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נקודה על המפה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מקשיבים לסיפור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פותרים שתי 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אוספים חפץ למזוודת המסע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לאסוף חפצים המייצגים כל קהילה ואת תהליך העלייה שלה לארץ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נכונה: מעבר להתגורר בארץ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נכונה: מקום מגורים זמני לעולים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קהילות תקינות כמו תימן, עיראק, מרוקו, פולין, אתיופיה או ברית המועצות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מפה אמיתית ולהצביע יחד על הארצות שהוזכרו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התרגיל לפני או אחרי המשחק עצמו לחיזוק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לעודד תלמידים לשתף אם יש במשפחתם סיפור עלייה דומה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שבעה מסעות, בית אחד – משחק מסע בעקבות העליות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שבעה מסעות, בית אחד - עליות לארץ 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משחק על שבעה ילדים. כל ילד בא ממדינה אחרת ועלה לארץ ישראל. בכל פעם בוחרים מקום במפה, שומעים סיפור ואוספים חפץ.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עֲלִיָּה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של יהודים להתגורר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מַעְבָּרָה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מגורים זמני לעולים חדשים כשהגיעו לארץ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קְהִלָּה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שחיים יחד ויש להם תרבות משותפת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מְזָוֶדָה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תיק שבו שמים חפצים לנסיעה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קִיבּוּץ גָּלֻיּוֹת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איסוף יהודים מארצות שונות בעולם לארץ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עוֹלֶה חָדָש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שהגיע לאחרונה להתגורר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מוֹלֶדֶת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אדם נולד או המקום שהוא רואה כביתו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'עלייה'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טיול קצר לחו"ל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מעבר להתגורר בארץ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נסיעה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זו מעברה?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מלון מפואר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 מגורים זמני לעולים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חנות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ילדים יש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משימות יש בכל 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אוספים בסוף כל 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חפץ למזוודה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טיסה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יש שבעה ילדים משבע קהילות שונות.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הילדים במשחק הגיעו לארץ מאותה מדינה.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יהודי מרוקו הם אחת הקהילות שעלו לארץ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מעברות היו מקומות מגורים קבועים ונוחים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קיבוץ גלויות פירושו איסוף יהודים מארצות שונות לארץ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יהודי __________ חיו באתיופיה לפני שעלו לארץ 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במשחק קודם כול בוחרים נקודה על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בכל תחנה במשחק אוספים __________ למזוודת המסע.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המקום הזמני שבו גרו עולים חדשים כשהגיעו לארץ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הסיפור במשחק מספר על __________ ילדים מקהילות שונות.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קהילה לארץ מוצא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יהודי תימן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פולין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יהודי עיראק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רוסיה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יהודי מרוקו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עיראק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יהודי פולין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תימן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יהודי ברית המועצות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מרוקו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לסיפור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פותרים שתי משימות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אוספים חפץ למזוודת המסע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נקודה על המפה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מטרת מזוודת המסע במשחק? הסבירו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עלייה?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מעברה?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קהילות יהודיות שעלו לארץ ישראל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שבעה מסעות, בית אחד - עליות לארץ 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